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4ECA" w14:textId="1834F9D3" w:rsidR="00E83DAB" w:rsidRDefault="00E83DAB">
      <w:pPr>
        <w:rPr>
          <w:rFonts w:ascii="Aptos Display" w:hAnsi="Aptos Display"/>
          <w:b/>
          <w:sz w:val="36"/>
        </w:rPr>
      </w:pPr>
      <w:r>
        <w:rPr>
          <w:noProof/>
        </w:rPr>
        <w:drawing>
          <wp:anchor distT="0" distB="0" distL="114300" distR="0" simplePos="0" relativeHeight="251658240" behindDoc="0" locked="0" layoutInCell="1" allowOverlap="1" wp14:anchorId="234E5D35" wp14:editId="36DAEC11">
            <wp:simplePos x="0" y="0"/>
            <wp:positionH relativeFrom="margin">
              <wp:posOffset>4305300</wp:posOffset>
            </wp:positionH>
            <wp:positionV relativeFrom="margin">
              <wp:posOffset>0</wp:posOffset>
            </wp:positionV>
            <wp:extent cx="2278380" cy="1120140"/>
            <wp:effectExtent l="0" t="0" r="7620" b="3810"/>
            <wp:wrapNone/>
            <wp:docPr id="101" name="Agbiz logo" descr="Agbiz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agbiz_logo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B357E" w14:textId="77777777" w:rsidR="00E83DAB" w:rsidRDefault="00E83DAB">
      <w:pPr>
        <w:rPr>
          <w:rFonts w:ascii="Aptos Display" w:hAnsi="Aptos Display"/>
          <w:b/>
          <w:sz w:val="36"/>
        </w:rPr>
      </w:pPr>
    </w:p>
    <w:p w14:paraId="11EC2A16" w14:textId="77777777" w:rsidR="00E83DAB" w:rsidRDefault="00E83DAB">
      <w:pPr>
        <w:rPr>
          <w:rFonts w:ascii="Aptos Display" w:hAnsi="Aptos Display"/>
          <w:b/>
          <w:sz w:val="36"/>
        </w:rPr>
      </w:pPr>
    </w:p>
    <w:p w14:paraId="136B27F1" w14:textId="77777777" w:rsidR="00E83DAB" w:rsidRDefault="00E83DAB">
      <w:pPr>
        <w:rPr>
          <w:rFonts w:ascii="Aptos Display" w:hAnsi="Aptos Display"/>
          <w:b/>
          <w:sz w:val="36"/>
        </w:rPr>
      </w:pPr>
    </w:p>
    <w:p w14:paraId="2B1BC1F1" w14:textId="4CC40D09" w:rsidR="005D61B2" w:rsidRDefault="00B22F33">
      <w:r>
        <w:rPr>
          <w:rFonts w:ascii="Aptos Display" w:hAnsi="Aptos Display"/>
          <w:b/>
          <w:sz w:val="36"/>
        </w:rPr>
        <w:t>AGBIZ CENTENARY BURSARY 2027</w:t>
      </w:r>
    </w:p>
    <w:p w14:paraId="62EC1330" w14:textId="77777777" w:rsidR="005D61B2" w:rsidRPr="00E83DAB" w:rsidRDefault="00B22F33" w:rsidP="00E83DAB">
      <w:pPr>
        <w:spacing w:after="420"/>
        <w:jc w:val="center"/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>APPLICATION FORM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ook w:val="04A0" w:firstRow="1" w:lastRow="0" w:firstColumn="1" w:lastColumn="0" w:noHBand="0" w:noVBand="1"/>
      </w:tblPr>
      <w:tblGrid>
        <w:gridCol w:w="10352"/>
      </w:tblGrid>
      <w:tr w:rsidR="005D61B2" w:rsidRPr="00E83DAB" w14:paraId="1273C524" w14:textId="77777777">
        <w:trPr>
          <w:cantSplit/>
        </w:trPr>
        <w:tc>
          <w:tcPr>
            <w:tcW w:w="10368" w:type="dxa"/>
            <w:shd w:val="clear" w:color="auto" w:fill="EAF0F6"/>
            <w:vAlign w:val="center"/>
          </w:tcPr>
          <w:p w14:paraId="15A91412" w14:textId="77777777" w:rsidR="005D61B2" w:rsidRPr="00E83DAB" w:rsidRDefault="00B22F33">
            <w:pPr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REQUIRED DOCUMENTATION</w:t>
            </w:r>
          </w:p>
        </w:tc>
      </w:tr>
    </w:tbl>
    <w:p w14:paraId="7E5EBE4E" w14:textId="77777777" w:rsidR="005D61B2" w:rsidRPr="00E83DAB" w:rsidRDefault="005D61B2">
      <w:pPr>
        <w:spacing w:after="40"/>
        <w:rPr>
          <w:rFonts w:ascii="Arial" w:hAnsi="Arial" w:cs="Arial"/>
          <w:sz w:val="22"/>
        </w:rPr>
      </w:pPr>
    </w:p>
    <w:p w14:paraId="13B7BA70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1. Completed application form.</w:t>
      </w:r>
    </w:p>
    <w:p w14:paraId="0A781729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2. Certified copy of your South African ID or any other proof of RSA citizenship.</w:t>
      </w:r>
    </w:p>
    <w:p w14:paraId="3C1D2369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3. Proof of registration, or letter from head of department confirming qualification for admission (on tertiary letterhead).</w:t>
      </w:r>
    </w:p>
    <w:p w14:paraId="44E450BB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4. Study record to date of undergraduate degree (on tertiary letterhead).</w:t>
      </w:r>
    </w:p>
    <w:p w14:paraId="05F9EAC2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5. Letter of recommendation by academic supervisor or head of department (strictly no longer than one page).</w:t>
      </w:r>
    </w:p>
    <w:p w14:paraId="5FAFB944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6. Letter of motivation by the student, stating why he/she needs the bursary and what the bursary fund will be used for (strictly no longer than one page).</w:t>
      </w:r>
    </w:p>
    <w:p w14:paraId="736346A8" w14:textId="77777777" w:rsidR="005D61B2" w:rsidRPr="00E83DAB" w:rsidRDefault="00B22F33">
      <w:pPr>
        <w:spacing w:after="60"/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t>7. Declaration (on the application form) of any other bursary or support programme the student benefits from (if relevant).</w:t>
      </w:r>
    </w:p>
    <w:p w14:paraId="429A9CE2" w14:textId="7244D9F6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 xml:space="preserve">Note: </w:t>
      </w:r>
      <w:r w:rsidRPr="00E83DAB">
        <w:rPr>
          <w:rFonts w:ascii="Arial" w:hAnsi="Arial" w:cs="Arial"/>
          <w:sz w:val="22"/>
        </w:rPr>
        <w:t>Please submit</w:t>
      </w:r>
      <w:r w:rsidR="00E83DAB" w:rsidRPr="00E83DAB">
        <w:rPr>
          <w:rFonts w:ascii="Arial" w:hAnsi="Arial" w:cs="Arial"/>
          <w:sz w:val="22"/>
        </w:rPr>
        <w:t xml:space="preserve"> to </w:t>
      </w:r>
      <w:hyperlink r:id="rId7" w:history="1">
        <w:r w:rsidR="00E83DAB" w:rsidRPr="00E83DAB">
          <w:rPr>
            <w:rStyle w:val="Hyperlink"/>
            <w:rFonts w:ascii="Arial" w:hAnsi="Arial" w:cs="Arial"/>
            <w:sz w:val="22"/>
          </w:rPr>
          <w:t>policy@agbiz.co.za</w:t>
        </w:r>
      </w:hyperlink>
      <w:r w:rsidR="00E83DAB" w:rsidRPr="00E83DAB">
        <w:rPr>
          <w:rFonts w:ascii="Arial" w:hAnsi="Arial" w:cs="Arial"/>
          <w:sz w:val="22"/>
        </w:rPr>
        <w:t xml:space="preserve"> </w:t>
      </w:r>
      <w:r w:rsidRPr="00E83DAB">
        <w:rPr>
          <w:rFonts w:ascii="Arial" w:hAnsi="Arial" w:cs="Arial"/>
          <w:sz w:val="22"/>
        </w:rPr>
        <w:t>. Failing to submit ALL required documents will result in your application not being considered.</w:t>
      </w:r>
    </w:p>
    <w:p w14:paraId="3DA7B473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sz w:val="22"/>
        </w:rPr>
        <w:br w:type="page"/>
      </w:r>
    </w:p>
    <w:p w14:paraId="65C2721F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lastRenderedPageBreak/>
        <w:t>APPLICATION FORM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ook w:val="04A0" w:firstRow="1" w:lastRow="0" w:firstColumn="1" w:lastColumn="0" w:noHBand="0" w:noVBand="1"/>
      </w:tblPr>
      <w:tblGrid>
        <w:gridCol w:w="10352"/>
      </w:tblGrid>
      <w:tr w:rsidR="005D61B2" w:rsidRPr="00E83DAB" w14:paraId="0EB052DE" w14:textId="77777777">
        <w:trPr>
          <w:cantSplit/>
        </w:trPr>
        <w:tc>
          <w:tcPr>
            <w:tcW w:w="10368" w:type="dxa"/>
            <w:shd w:val="clear" w:color="auto" w:fill="EAF0F6"/>
            <w:vAlign w:val="center"/>
          </w:tcPr>
          <w:p w14:paraId="6FA10100" w14:textId="77777777" w:rsidR="005D61B2" w:rsidRPr="00E83DAB" w:rsidRDefault="00B22F33">
            <w:pPr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1. PERSONAL DETAILS</w:t>
            </w:r>
          </w:p>
        </w:tc>
      </w:tr>
    </w:tbl>
    <w:p w14:paraId="1D67B77D" w14:textId="77777777" w:rsidR="005D61B2" w:rsidRPr="00E83DAB" w:rsidRDefault="005D61B2">
      <w:pPr>
        <w:spacing w:after="40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76"/>
      </w:tblGrid>
      <w:tr w:rsidR="005D61B2" w:rsidRPr="00E83DAB" w14:paraId="24E8896F" w14:textId="77777777" w:rsidTr="00E83DAB">
        <w:trPr>
          <w:cantSplit/>
        </w:trPr>
        <w:tc>
          <w:tcPr>
            <w:tcW w:w="2880" w:type="dxa"/>
            <w:vAlign w:val="center"/>
          </w:tcPr>
          <w:p w14:paraId="2EF6E9AA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7576" w:type="dxa"/>
            <w:vAlign w:val="center"/>
          </w:tcPr>
          <w:p w14:paraId="516EDB86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sz w:val="22"/>
              </w:rPr>
              <w:t>Click or type here</w:t>
            </w:r>
          </w:p>
        </w:tc>
      </w:tr>
      <w:tr w:rsidR="005D61B2" w:rsidRPr="00E83DAB" w14:paraId="6DCC676F" w14:textId="77777777" w:rsidTr="00E83DAB">
        <w:trPr>
          <w:cantSplit/>
        </w:trPr>
        <w:tc>
          <w:tcPr>
            <w:tcW w:w="2880" w:type="dxa"/>
            <w:vAlign w:val="center"/>
          </w:tcPr>
          <w:p w14:paraId="07ED346E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Surname</w:t>
            </w:r>
          </w:p>
        </w:tc>
        <w:tc>
          <w:tcPr>
            <w:tcW w:w="7576" w:type="dxa"/>
            <w:vAlign w:val="center"/>
          </w:tcPr>
          <w:p w14:paraId="32010FEB" w14:textId="6F9D8BC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50857288" w14:textId="77777777" w:rsidTr="00E83DAB">
        <w:trPr>
          <w:cantSplit/>
        </w:trPr>
        <w:tc>
          <w:tcPr>
            <w:tcW w:w="2880" w:type="dxa"/>
            <w:vAlign w:val="center"/>
          </w:tcPr>
          <w:p w14:paraId="55A90EF3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ID nr</w:t>
            </w:r>
          </w:p>
        </w:tc>
        <w:tc>
          <w:tcPr>
            <w:tcW w:w="7576" w:type="dxa"/>
            <w:vAlign w:val="center"/>
          </w:tcPr>
          <w:p w14:paraId="51AF6368" w14:textId="0A07416F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366744F2" w14:textId="77777777" w:rsidTr="00E83DAB">
        <w:trPr>
          <w:cantSplit/>
        </w:trPr>
        <w:tc>
          <w:tcPr>
            <w:tcW w:w="2880" w:type="dxa"/>
            <w:vAlign w:val="center"/>
          </w:tcPr>
          <w:p w14:paraId="2A87BEDF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Race</w:t>
            </w:r>
          </w:p>
        </w:tc>
        <w:tc>
          <w:tcPr>
            <w:tcW w:w="7576" w:type="dxa"/>
            <w:vAlign w:val="center"/>
          </w:tcPr>
          <w:p w14:paraId="34B24755" w14:textId="5365FC64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62B99654" w14:textId="77777777" w:rsidTr="00E83DAB">
        <w:trPr>
          <w:cantSplit/>
        </w:trPr>
        <w:tc>
          <w:tcPr>
            <w:tcW w:w="2880" w:type="dxa"/>
            <w:vAlign w:val="center"/>
          </w:tcPr>
          <w:p w14:paraId="32CCD32E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Gender</w:t>
            </w:r>
          </w:p>
        </w:tc>
        <w:tc>
          <w:tcPr>
            <w:tcW w:w="7576" w:type="dxa"/>
            <w:vAlign w:val="center"/>
          </w:tcPr>
          <w:p w14:paraId="76CE4853" w14:textId="0A906398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40C8D7E7" w14:textId="77777777" w:rsidTr="00E83DAB">
        <w:trPr>
          <w:cantSplit/>
        </w:trPr>
        <w:tc>
          <w:tcPr>
            <w:tcW w:w="2880" w:type="dxa"/>
            <w:vAlign w:val="center"/>
          </w:tcPr>
          <w:p w14:paraId="04C9103A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Physical address</w:t>
            </w:r>
          </w:p>
        </w:tc>
        <w:tc>
          <w:tcPr>
            <w:tcW w:w="7576" w:type="dxa"/>
            <w:vAlign w:val="center"/>
          </w:tcPr>
          <w:p w14:paraId="30803047" w14:textId="60497AD6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4BD39509" w14:textId="77777777" w:rsidTr="00E83DAB">
        <w:trPr>
          <w:cantSplit/>
        </w:trPr>
        <w:tc>
          <w:tcPr>
            <w:tcW w:w="2880" w:type="dxa"/>
            <w:vAlign w:val="center"/>
          </w:tcPr>
          <w:p w14:paraId="740F9706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1521C6C8" w14:textId="7DFA3B8E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637A8079" w14:textId="77777777" w:rsidTr="00E83DAB">
        <w:trPr>
          <w:cantSplit/>
        </w:trPr>
        <w:tc>
          <w:tcPr>
            <w:tcW w:w="2880" w:type="dxa"/>
            <w:vAlign w:val="center"/>
          </w:tcPr>
          <w:p w14:paraId="0F0964D2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766D8B00" w14:textId="03CBB24C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7ADFAB36" w14:textId="77777777" w:rsidTr="00E83DAB">
        <w:trPr>
          <w:cantSplit/>
        </w:trPr>
        <w:tc>
          <w:tcPr>
            <w:tcW w:w="2880" w:type="dxa"/>
            <w:vAlign w:val="center"/>
          </w:tcPr>
          <w:p w14:paraId="6D9F9D5D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Postal address</w:t>
            </w:r>
          </w:p>
        </w:tc>
        <w:tc>
          <w:tcPr>
            <w:tcW w:w="7576" w:type="dxa"/>
            <w:vAlign w:val="center"/>
          </w:tcPr>
          <w:p w14:paraId="1F64D8D8" w14:textId="3883BCE4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2326D72C" w14:textId="77777777" w:rsidTr="00E83DAB">
        <w:trPr>
          <w:cantSplit/>
        </w:trPr>
        <w:tc>
          <w:tcPr>
            <w:tcW w:w="2880" w:type="dxa"/>
            <w:vAlign w:val="center"/>
          </w:tcPr>
          <w:p w14:paraId="71B8212A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3FDD2D7C" w14:textId="30F241E8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57016466" w14:textId="77777777" w:rsidTr="00E83DAB">
        <w:trPr>
          <w:cantSplit/>
        </w:trPr>
        <w:tc>
          <w:tcPr>
            <w:tcW w:w="2880" w:type="dxa"/>
            <w:vAlign w:val="center"/>
          </w:tcPr>
          <w:p w14:paraId="241986C2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025376CE" w14:textId="58D73B45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71EF954B" w14:textId="77777777" w:rsidTr="00E83DAB">
        <w:trPr>
          <w:cantSplit/>
        </w:trPr>
        <w:tc>
          <w:tcPr>
            <w:tcW w:w="2880" w:type="dxa"/>
            <w:vAlign w:val="center"/>
          </w:tcPr>
          <w:p w14:paraId="6B75734C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Contact number</w:t>
            </w:r>
          </w:p>
        </w:tc>
        <w:tc>
          <w:tcPr>
            <w:tcW w:w="7576" w:type="dxa"/>
            <w:vAlign w:val="center"/>
          </w:tcPr>
          <w:p w14:paraId="13D51E14" w14:textId="5409A5AD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74133DFB" w14:textId="77777777" w:rsidTr="00E83DAB">
        <w:trPr>
          <w:cantSplit/>
        </w:trPr>
        <w:tc>
          <w:tcPr>
            <w:tcW w:w="2880" w:type="dxa"/>
            <w:vAlign w:val="center"/>
          </w:tcPr>
          <w:p w14:paraId="0F3F48A6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Email address</w:t>
            </w:r>
          </w:p>
        </w:tc>
        <w:tc>
          <w:tcPr>
            <w:tcW w:w="7576" w:type="dxa"/>
            <w:vAlign w:val="center"/>
          </w:tcPr>
          <w:p w14:paraId="09D2B916" w14:textId="1125AF0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D51AB91" w14:textId="77777777" w:rsidTr="00E83DAB">
        <w:trPr>
          <w:cantSplit/>
        </w:trPr>
        <w:tc>
          <w:tcPr>
            <w:tcW w:w="2880" w:type="dxa"/>
            <w:vAlign w:val="center"/>
          </w:tcPr>
          <w:p w14:paraId="213DC0D8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Next of kin</w:t>
            </w:r>
          </w:p>
        </w:tc>
        <w:tc>
          <w:tcPr>
            <w:tcW w:w="7576" w:type="dxa"/>
            <w:vAlign w:val="center"/>
          </w:tcPr>
          <w:p w14:paraId="591BDF48" w14:textId="6DB73B9C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498D2F4" w14:textId="77777777" w:rsidTr="00E83DAB">
        <w:trPr>
          <w:cantSplit/>
        </w:trPr>
        <w:tc>
          <w:tcPr>
            <w:tcW w:w="2880" w:type="dxa"/>
            <w:vAlign w:val="center"/>
          </w:tcPr>
          <w:p w14:paraId="612FAE6B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Relation</w:t>
            </w:r>
          </w:p>
        </w:tc>
        <w:tc>
          <w:tcPr>
            <w:tcW w:w="7576" w:type="dxa"/>
            <w:vAlign w:val="center"/>
          </w:tcPr>
          <w:p w14:paraId="7D43296A" w14:textId="2976BABF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92EBA77" w14:textId="77777777" w:rsidTr="00E83DAB">
        <w:trPr>
          <w:cantSplit/>
        </w:trPr>
        <w:tc>
          <w:tcPr>
            <w:tcW w:w="2880" w:type="dxa"/>
            <w:vAlign w:val="center"/>
          </w:tcPr>
          <w:p w14:paraId="45E18F77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Contact number</w:t>
            </w:r>
          </w:p>
        </w:tc>
        <w:tc>
          <w:tcPr>
            <w:tcW w:w="7576" w:type="dxa"/>
            <w:vAlign w:val="center"/>
          </w:tcPr>
          <w:p w14:paraId="7949A43D" w14:textId="4AE6FA9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30B415E9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ook w:val="04A0" w:firstRow="1" w:lastRow="0" w:firstColumn="1" w:lastColumn="0" w:noHBand="0" w:noVBand="1"/>
      </w:tblPr>
      <w:tblGrid>
        <w:gridCol w:w="10352"/>
      </w:tblGrid>
      <w:tr w:rsidR="005D61B2" w:rsidRPr="00E83DAB" w14:paraId="6F65ACFB" w14:textId="77777777" w:rsidTr="00E83DAB">
        <w:trPr>
          <w:cantSplit/>
        </w:trPr>
        <w:tc>
          <w:tcPr>
            <w:tcW w:w="10456" w:type="dxa"/>
            <w:shd w:val="clear" w:color="auto" w:fill="EAF0F6"/>
            <w:vAlign w:val="center"/>
          </w:tcPr>
          <w:p w14:paraId="07B96BB5" w14:textId="77777777" w:rsidR="005D61B2" w:rsidRPr="00E83DAB" w:rsidRDefault="00B22F33">
            <w:pPr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2. FIELD OF STUDY</w:t>
            </w:r>
          </w:p>
        </w:tc>
      </w:tr>
    </w:tbl>
    <w:p w14:paraId="2AAA1C29" w14:textId="77777777" w:rsidR="005D61B2" w:rsidRPr="00E83DAB" w:rsidRDefault="005D61B2">
      <w:pPr>
        <w:spacing w:after="40"/>
        <w:rPr>
          <w:rFonts w:ascii="Arial" w:hAnsi="Arial" w:cs="Arial"/>
          <w:sz w:val="22"/>
        </w:rPr>
      </w:pPr>
    </w:p>
    <w:p w14:paraId="5B0717DA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>Completed education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76"/>
      </w:tblGrid>
      <w:tr w:rsidR="005D61B2" w:rsidRPr="00E83DAB" w14:paraId="0088FE2E" w14:textId="77777777" w:rsidTr="00E83DAB">
        <w:trPr>
          <w:cantSplit/>
        </w:trPr>
        <w:tc>
          <w:tcPr>
            <w:tcW w:w="2880" w:type="dxa"/>
            <w:vAlign w:val="center"/>
          </w:tcPr>
          <w:p w14:paraId="3A2AE08F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Completed undergraduate degree/diploma</w:t>
            </w:r>
          </w:p>
        </w:tc>
        <w:tc>
          <w:tcPr>
            <w:tcW w:w="7576" w:type="dxa"/>
            <w:vAlign w:val="center"/>
          </w:tcPr>
          <w:p w14:paraId="19F5AA0A" w14:textId="1A285E75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3D7DD92F" w14:textId="77777777" w:rsidTr="00E83DAB">
        <w:trPr>
          <w:cantSplit/>
        </w:trPr>
        <w:tc>
          <w:tcPr>
            <w:tcW w:w="2880" w:type="dxa"/>
            <w:vAlign w:val="center"/>
          </w:tcPr>
          <w:p w14:paraId="228BD533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697EB8A1" w14:textId="19BC5BB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4619D6BD" w14:textId="77777777" w:rsidTr="00E83DAB">
        <w:trPr>
          <w:cantSplit/>
        </w:trPr>
        <w:tc>
          <w:tcPr>
            <w:tcW w:w="2880" w:type="dxa"/>
            <w:vAlign w:val="center"/>
          </w:tcPr>
          <w:p w14:paraId="2001B665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University/institution attended</w:t>
            </w:r>
          </w:p>
        </w:tc>
        <w:tc>
          <w:tcPr>
            <w:tcW w:w="7576" w:type="dxa"/>
            <w:vAlign w:val="center"/>
          </w:tcPr>
          <w:p w14:paraId="7CBEFDC1" w14:textId="6A1636B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C4F75D2" w14:textId="77777777" w:rsidTr="00E83DAB">
        <w:trPr>
          <w:cantSplit/>
        </w:trPr>
        <w:tc>
          <w:tcPr>
            <w:tcW w:w="2880" w:type="dxa"/>
            <w:vAlign w:val="center"/>
          </w:tcPr>
          <w:p w14:paraId="684FF3CA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Completed postgraduate degrees/diplomas</w:t>
            </w:r>
          </w:p>
        </w:tc>
        <w:tc>
          <w:tcPr>
            <w:tcW w:w="7576" w:type="dxa"/>
            <w:vAlign w:val="center"/>
          </w:tcPr>
          <w:p w14:paraId="5E487222" w14:textId="713E0B21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41675E8" w14:textId="77777777" w:rsidTr="00E83DAB">
        <w:trPr>
          <w:cantSplit/>
        </w:trPr>
        <w:tc>
          <w:tcPr>
            <w:tcW w:w="2880" w:type="dxa"/>
            <w:vAlign w:val="center"/>
          </w:tcPr>
          <w:p w14:paraId="2F67A93F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36D492F4" w14:textId="743DEC78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49A88DDB" w14:textId="77777777" w:rsidTr="00E83DAB">
        <w:trPr>
          <w:cantSplit/>
        </w:trPr>
        <w:tc>
          <w:tcPr>
            <w:tcW w:w="2880" w:type="dxa"/>
            <w:vAlign w:val="center"/>
          </w:tcPr>
          <w:p w14:paraId="3CB601E6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University/institution attended</w:t>
            </w:r>
          </w:p>
        </w:tc>
        <w:tc>
          <w:tcPr>
            <w:tcW w:w="7576" w:type="dxa"/>
            <w:vAlign w:val="center"/>
          </w:tcPr>
          <w:p w14:paraId="2D73AC5F" w14:textId="06A59EA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6256E020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p w14:paraId="39E11619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>Current/proposed field of study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576"/>
      </w:tblGrid>
      <w:tr w:rsidR="005D61B2" w:rsidRPr="00E83DAB" w14:paraId="3519DBF1" w14:textId="77777777" w:rsidTr="00E83DAB">
        <w:trPr>
          <w:cantSplit/>
        </w:trPr>
        <w:tc>
          <w:tcPr>
            <w:tcW w:w="2880" w:type="dxa"/>
            <w:vAlign w:val="center"/>
          </w:tcPr>
          <w:p w14:paraId="0B199B32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Current/proposed degree</w:t>
            </w:r>
          </w:p>
        </w:tc>
        <w:tc>
          <w:tcPr>
            <w:tcW w:w="7576" w:type="dxa"/>
            <w:vAlign w:val="center"/>
          </w:tcPr>
          <w:p w14:paraId="70638608" w14:textId="1AC30A5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6A9BB6EF" w14:textId="77777777" w:rsidTr="00E83DAB">
        <w:trPr>
          <w:cantSplit/>
        </w:trPr>
        <w:tc>
          <w:tcPr>
            <w:tcW w:w="2880" w:type="dxa"/>
            <w:vAlign w:val="center"/>
          </w:tcPr>
          <w:p w14:paraId="3C1769EB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69472D24" w14:textId="476F5CA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0A017F37" w14:textId="77777777" w:rsidTr="00E83DAB">
        <w:trPr>
          <w:cantSplit/>
        </w:trPr>
        <w:tc>
          <w:tcPr>
            <w:tcW w:w="2880" w:type="dxa"/>
            <w:vAlign w:val="center"/>
          </w:tcPr>
          <w:p w14:paraId="72C5EE80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Specialization field</w:t>
            </w:r>
          </w:p>
        </w:tc>
        <w:tc>
          <w:tcPr>
            <w:tcW w:w="7576" w:type="dxa"/>
            <w:vAlign w:val="center"/>
          </w:tcPr>
          <w:p w14:paraId="2E5B921F" w14:textId="16425859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4065DE6B" w14:textId="77777777" w:rsidTr="00E83DAB">
        <w:trPr>
          <w:cantSplit/>
        </w:trPr>
        <w:tc>
          <w:tcPr>
            <w:tcW w:w="2880" w:type="dxa"/>
            <w:vAlign w:val="center"/>
          </w:tcPr>
          <w:p w14:paraId="767A0D2F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576" w:type="dxa"/>
            <w:vAlign w:val="center"/>
          </w:tcPr>
          <w:p w14:paraId="4358CAB8" w14:textId="0A441478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1F128617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p w14:paraId="24AEE451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 xml:space="preserve">Have you already formulated a topic for your field of study? </w:t>
      </w:r>
      <w:r w:rsidRPr="00E83DAB">
        <w:rPr>
          <w:rFonts w:ascii="Segoe UI Symbol" w:hAnsi="Segoe UI Symbol" w:cs="Segoe UI Symbol"/>
          <w:sz w:val="22"/>
        </w:rPr>
        <w:t>☐</w:t>
      </w:r>
      <w:r w:rsidRPr="00E83DAB">
        <w:rPr>
          <w:rFonts w:ascii="Arial" w:hAnsi="Arial" w:cs="Arial"/>
          <w:sz w:val="22"/>
        </w:rPr>
        <w:t xml:space="preserve"> Yes    </w:t>
      </w:r>
      <w:r w:rsidRPr="00E83DAB">
        <w:rPr>
          <w:rFonts w:ascii="Segoe UI Symbol" w:hAnsi="Segoe UI Symbol" w:cs="Segoe UI Symbol"/>
          <w:sz w:val="22"/>
        </w:rPr>
        <w:t>☐</w:t>
      </w:r>
      <w:r w:rsidRPr="00E83DAB">
        <w:rPr>
          <w:rFonts w:ascii="Arial" w:hAnsi="Arial" w:cs="Arial"/>
          <w:sz w:val="22"/>
        </w:rPr>
        <w:t xml:space="preserve"> No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434"/>
      </w:tblGrid>
      <w:tr w:rsidR="005D61B2" w:rsidRPr="00E83DAB" w14:paraId="0D39B35F" w14:textId="77777777" w:rsidTr="00E83DAB">
        <w:trPr>
          <w:cantSplit/>
        </w:trPr>
        <w:tc>
          <w:tcPr>
            <w:tcW w:w="2880" w:type="dxa"/>
            <w:vAlign w:val="center"/>
          </w:tcPr>
          <w:p w14:paraId="6479C799" w14:textId="1936A678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lastRenderedPageBreak/>
              <w:t xml:space="preserve">If </w:t>
            </w:r>
            <w:r w:rsidR="00E83DAB" w:rsidRPr="00E83DAB">
              <w:rPr>
                <w:rFonts w:ascii="Arial" w:hAnsi="Arial" w:cs="Arial"/>
                <w:b/>
                <w:sz w:val="22"/>
              </w:rPr>
              <w:t>yes</w:t>
            </w:r>
            <w:r w:rsidRPr="00E83DAB">
              <w:rPr>
                <w:rFonts w:ascii="Arial" w:hAnsi="Arial" w:cs="Arial"/>
                <w:b/>
                <w:sz w:val="22"/>
              </w:rPr>
              <w:t>, state the research topic/field of study</w:t>
            </w:r>
          </w:p>
        </w:tc>
        <w:tc>
          <w:tcPr>
            <w:tcW w:w="7434" w:type="dxa"/>
            <w:vAlign w:val="center"/>
          </w:tcPr>
          <w:p w14:paraId="2EEB200F" w14:textId="70D1F3AB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5C80EA2D" w14:textId="77777777" w:rsidTr="00E83DAB">
        <w:trPr>
          <w:cantSplit/>
        </w:trPr>
        <w:tc>
          <w:tcPr>
            <w:tcW w:w="2880" w:type="dxa"/>
            <w:vAlign w:val="center"/>
          </w:tcPr>
          <w:p w14:paraId="79A307C5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434" w:type="dxa"/>
            <w:vAlign w:val="center"/>
          </w:tcPr>
          <w:p w14:paraId="7E6DFC9C" w14:textId="417DCA2D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1EBFE92" w14:textId="77777777" w:rsidTr="00E83DAB">
        <w:trPr>
          <w:cantSplit/>
        </w:trPr>
        <w:tc>
          <w:tcPr>
            <w:tcW w:w="2880" w:type="dxa"/>
            <w:vAlign w:val="center"/>
          </w:tcPr>
          <w:p w14:paraId="58A4A3C7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If No, state proposed research topic/field of study</w:t>
            </w:r>
          </w:p>
        </w:tc>
        <w:tc>
          <w:tcPr>
            <w:tcW w:w="7434" w:type="dxa"/>
            <w:vAlign w:val="center"/>
          </w:tcPr>
          <w:p w14:paraId="3F2BE48E" w14:textId="11C1FF49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7EBB6777" w14:textId="77777777" w:rsidTr="00E83DAB">
        <w:trPr>
          <w:cantSplit/>
        </w:trPr>
        <w:tc>
          <w:tcPr>
            <w:tcW w:w="2880" w:type="dxa"/>
            <w:vAlign w:val="center"/>
          </w:tcPr>
          <w:p w14:paraId="2591D87E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434" w:type="dxa"/>
            <w:vAlign w:val="center"/>
          </w:tcPr>
          <w:p w14:paraId="672B2F1D" w14:textId="5A6B4C5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767D2AB3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p w14:paraId="3ADC1993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 xml:space="preserve">Would you like to be guided by Agbiz to formulate a research topic/field of study? </w:t>
      </w:r>
      <w:r w:rsidRPr="00E83DAB">
        <w:rPr>
          <w:rFonts w:ascii="Segoe UI Symbol" w:hAnsi="Segoe UI Symbol" w:cs="Segoe UI Symbol"/>
          <w:sz w:val="22"/>
        </w:rPr>
        <w:t>☐</w:t>
      </w:r>
      <w:r w:rsidRPr="00E83DAB">
        <w:rPr>
          <w:rFonts w:ascii="Arial" w:hAnsi="Arial" w:cs="Arial"/>
          <w:sz w:val="22"/>
        </w:rPr>
        <w:t xml:space="preserve"> Yes    </w:t>
      </w:r>
      <w:r w:rsidRPr="00E83DAB">
        <w:rPr>
          <w:rFonts w:ascii="Segoe UI Symbol" w:hAnsi="Segoe UI Symbol" w:cs="Segoe UI Symbol"/>
          <w:sz w:val="22"/>
        </w:rPr>
        <w:t>☐</w:t>
      </w:r>
      <w:r w:rsidRPr="00E83DAB">
        <w:rPr>
          <w:rFonts w:ascii="Arial" w:hAnsi="Arial" w:cs="Arial"/>
          <w:sz w:val="22"/>
        </w:rPr>
        <w:t xml:space="preserve"> No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ook w:val="04A0" w:firstRow="1" w:lastRow="0" w:firstColumn="1" w:lastColumn="0" w:noHBand="0" w:noVBand="1"/>
      </w:tblPr>
      <w:tblGrid>
        <w:gridCol w:w="10352"/>
      </w:tblGrid>
      <w:tr w:rsidR="005D61B2" w:rsidRPr="00E83DAB" w14:paraId="0249A4BB" w14:textId="77777777">
        <w:trPr>
          <w:cantSplit/>
        </w:trPr>
        <w:tc>
          <w:tcPr>
            <w:tcW w:w="10368" w:type="dxa"/>
            <w:shd w:val="clear" w:color="auto" w:fill="EAF0F6"/>
            <w:vAlign w:val="center"/>
          </w:tcPr>
          <w:p w14:paraId="28CE02AE" w14:textId="77777777" w:rsidR="005D61B2" w:rsidRPr="00E83DAB" w:rsidRDefault="00B22F33">
            <w:pPr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3. STUDY LEADER / PROMOTER / HEAD OF DEPARTMENT</w:t>
            </w:r>
          </w:p>
        </w:tc>
      </w:tr>
    </w:tbl>
    <w:p w14:paraId="5E415367" w14:textId="77777777" w:rsidR="005D61B2" w:rsidRPr="00E83DAB" w:rsidRDefault="005D61B2">
      <w:pPr>
        <w:spacing w:after="40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434"/>
      </w:tblGrid>
      <w:tr w:rsidR="005D61B2" w:rsidRPr="00E83DAB" w14:paraId="76C44F2B" w14:textId="77777777" w:rsidTr="00E83DAB">
        <w:trPr>
          <w:cantSplit/>
        </w:trPr>
        <w:tc>
          <w:tcPr>
            <w:tcW w:w="2880" w:type="dxa"/>
            <w:vAlign w:val="center"/>
          </w:tcPr>
          <w:p w14:paraId="0B297C7A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Title, name &amp; surname</w:t>
            </w:r>
          </w:p>
        </w:tc>
        <w:tc>
          <w:tcPr>
            <w:tcW w:w="7434" w:type="dxa"/>
            <w:vAlign w:val="center"/>
          </w:tcPr>
          <w:p w14:paraId="51990792" w14:textId="615B8D20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3C09F9E1" w14:textId="77777777" w:rsidTr="00E83DAB">
        <w:trPr>
          <w:cantSplit/>
        </w:trPr>
        <w:tc>
          <w:tcPr>
            <w:tcW w:w="2880" w:type="dxa"/>
            <w:vAlign w:val="center"/>
          </w:tcPr>
          <w:p w14:paraId="641E0A5F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Position</w:t>
            </w:r>
          </w:p>
        </w:tc>
        <w:tc>
          <w:tcPr>
            <w:tcW w:w="7434" w:type="dxa"/>
            <w:vAlign w:val="center"/>
          </w:tcPr>
          <w:p w14:paraId="6F80D220" w14:textId="1041EC54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5F8540E3" w14:textId="77777777" w:rsidTr="00E83DAB">
        <w:trPr>
          <w:cantSplit/>
        </w:trPr>
        <w:tc>
          <w:tcPr>
            <w:tcW w:w="2880" w:type="dxa"/>
            <w:vAlign w:val="center"/>
          </w:tcPr>
          <w:p w14:paraId="65C40813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Contact number</w:t>
            </w:r>
          </w:p>
        </w:tc>
        <w:tc>
          <w:tcPr>
            <w:tcW w:w="7434" w:type="dxa"/>
            <w:vAlign w:val="center"/>
          </w:tcPr>
          <w:p w14:paraId="2C76AADA" w14:textId="4C1414FA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3D3FF626" w14:textId="77777777" w:rsidTr="00E83DAB">
        <w:trPr>
          <w:cantSplit/>
        </w:trPr>
        <w:tc>
          <w:tcPr>
            <w:tcW w:w="2880" w:type="dxa"/>
            <w:vAlign w:val="center"/>
          </w:tcPr>
          <w:p w14:paraId="1617408D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Email address</w:t>
            </w:r>
          </w:p>
        </w:tc>
        <w:tc>
          <w:tcPr>
            <w:tcW w:w="7434" w:type="dxa"/>
            <w:vAlign w:val="center"/>
          </w:tcPr>
          <w:p w14:paraId="15140CE9" w14:textId="39759915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59D2EFC9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p w14:paraId="0C45E603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 xml:space="preserve">Note: </w:t>
      </w:r>
      <w:r w:rsidRPr="00E83DAB">
        <w:rPr>
          <w:rFonts w:ascii="Arial" w:hAnsi="Arial" w:cs="Arial"/>
          <w:sz w:val="22"/>
        </w:rPr>
        <w:t>In case a study leader / promoter is not yet identified, or chosen, please indicate particulars of the head of department. The study leader’s details should then be provided as soon as he/she is identified.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ook w:val="04A0" w:firstRow="1" w:lastRow="0" w:firstColumn="1" w:lastColumn="0" w:noHBand="0" w:noVBand="1"/>
      </w:tblPr>
      <w:tblGrid>
        <w:gridCol w:w="10352"/>
      </w:tblGrid>
      <w:tr w:rsidR="005D61B2" w:rsidRPr="00E83DAB" w14:paraId="3B456473" w14:textId="77777777">
        <w:trPr>
          <w:cantSplit/>
        </w:trPr>
        <w:tc>
          <w:tcPr>
            <w:tcW w:w="10368" w:type="dxa"/>
            <w:shd w:val="clear" w:color="auto" w:fill="EAF0F6"/>
            <w:vAlign w:val="center"/>
          </w:tcPr>
          <w:p w14:paraId="7095BB75" w14:textId="77777777" w:rsidR="005D61B2" w:rsidRPr="00E83DAB" w:rsidRDefault="00B22F33">
            <w:pPr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4. OTHER BURSARY / SCHOLARSHIP / SPONSORING PROGRAMME</w:t>
            </w:r>
          </w:p>
        </w:tc>
      </w:tr>
    </w:tbl>
    <w:p w14:paraId="702B6DCF" w14:textId="77777777" w:rsidR="005D61B2" w:rsidRPr="00E83DAB" w:rsidRDefault="005D61B2">
      <w:pPr>
        <w:spacing w:after="40"/>
        <w:rPr>
          <w:rFonts w:ascii="Arial" w:hAnsi="Arial" w:cs="Arial"/>
          <w:sz w:val="22"/>
        </w:rPr>
      </w:pPr>
    </w:p>
    <w:p w14:paraId="4D209CD4" w14:textId="77777777" w:rsidR="005D61B2" w:rsidRPr="00E83DAB" w:rsidRDefault="00B22F33">
      <w:pPr>
        <w:rPr>
          <w:rFonts w:ascii="Arial" w:hAnsi="Arial" w:cs="Arial"/>
          <w:sz w:val="22"/>
        </w:rPr>
      </w:pPr>
      <w:r w:rsidRPr="00E83DAB">
        <w:rPr>
          <w:rFonts w:ascii="Arial" w:hAnsi="Arial" w:cs="Arial"/>
          <w:b/>
          <w:sz w:val="22"/>
        </w:rPr>
        <w:t>Please declare any other bursary, scholarship or sponsoring programme and its value that you will receive for your intended studies in 2027.</w:t>
      </w: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434"/>
      </w:tblGrid>
      <w:tr w:rsidR="005D61B2" w:rsidRPr="00E83DAB" w14:paraId="4DC00B49" w14:textId="77777777" w:rsidTr="00E83DAB">
        <w:trPr>
          <w:cantSplit/>
        </w:trPr>
        <w:tc>
          <w:tcPr>
            <w:tcW w:w="2880" w:type="dxa"/>
            <w:vAlign w:val="center"/>
          </w:tcPr>
          <w:p w14:paraId="772D49F4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Details and value</w:t>
            </w:r>
          </w:p>
        </w:tc>
        <w:tc>
          <w:tcPr>
            <w:tcW w:w="7434" w:type="dxa"/>
            <w:vAlign w:val="center"/>
          </w:tcPr>
          <w:p w14:paraId="1F7B06C9" w14:textId="6F7E816F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12EA9348" w14:textId="77777777" w:rsidTr="00E83DAB">
        <w:trPr>
          <w:cantSplit/>
        </w:trPr>
        <w:tc>
          <w:tcPr>
            <w:tcW w:w="2880" w:type="dxa"/>
            <w:vAlign w:val="center"/>
          </w:tcPr>
          <w:p w14:paraId="5B7DC72F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434" w:type="dxa"/>
            <w:vAlign w:val="center"/>
          </w:tcPr>
          <w:p w14:paraId="034F43D9" w14:textId="6338721D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7913D32F" w14:textId="77777777" w:rsidTr="00E83DAB">
        <w:trPr>
          <w:cantSplit/>
        </w:trPr>
        <w:tc>
          <w:tcPr>
            <w:tcW w:w="2880" w:type="dxa"/>
            <w:vAlign w:val="center"/>
          </w:tcPr>
          <w:p w14:paraId="4C20F485" w14:textId="77777777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7434" w:type="dxa"/>
            <w:vAlign w:val="center"/>
          </w:tcPr>
          <w:p w14:paraId="2751681C" w14:textId="077EA6DE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0899AA30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6" w:space="0" w:color="B7C3D0"/>
          <w:left w:val="single" w:sz="6" w:space="0" w:color="B7C3D0"/>
          <w:bottom w:val="single" w:sz="6" w:space="0" w:color="B7C3D0"/>
          <w:right w:val="single" w:sz="6" w:space="0" w:color="B7C3D0"/>
          <w:insideH w:val="single" w:sz="6" w:space="0" w:color="B7C3D0"/>
          <w:insideV w:val="single" w:sz="6" w:space="0" w:color="B7C3D0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434"/>
      </w:tblGrid>
      <w:tr w:rsidR="005D61B2" w:rsidRPr="00E83DAB" w14:paraId="630EC2FA" w14:textId="77777777" w:rsidTr="00E83DAB">
        <w:trPr>
          <w:cantSplit/>
        </w:trPr>
        <w:tc>
          <w:tcPr>
            <w:tcW w:w="2880" w:type="dxa"/>
            <w:vAlign w:val="center"/>
          </w:tcPr>
          <w:p w14:paraId="0A22AD83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APPLICANT’S SIGNATURE</w:t>
            </w:r>
          </w:p>
        </w:tc>
        <w:tc>
          <w:tcPr>
            <w:tcW w:w="7434" w:type="dxa"/>
            <w:vAlign w:val="center"/>
          </w:tcPr>
          <w:p w14:paraId="6F67254C" w14:textId="20D44E72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  <w:tr w:rsidR="005D61B2" w:rsidRPr="00E83DAB" w14:paraId="607DBD4B" w14:textId="77777777" w:rsidTr="00E83DAB">
        <w:trPr>
          <w:cantSplit/>
        </w:trPr>
        <w:tc>
          <w:tcPr>
            <w:tcW w:w="2880" w:type="dxa"/>
            <w:vAlign w:val="center"/>
          </w:tcPr>
          <w:p w14:paraId="485AE017" w14:textId="77777777" w:rsidR="005D61B2" w:rsidRPr="00E83DAB" w:rsidRDefault="00B22F33">
            <w:pPr>
              <w:spacing w:after="0"/>
              <w:rPr>
                <w:rFonts w:ascii="Arial" w:hAnsi="Arial" w:cs="Arial"/>
                <w:sz w:val="22"/>
              </w:rPr>
            </w:pPr>
            <w:r w:rsidRPr="00E83DAB">
              <w:rPr>
                <w:rFonts w:ascii="Arial" w:hAnsi="Arial" w:cs="Arial"/>
                <w:b/>
                <w:sz w:val="22"/>
              </w:rPr>
              <w:t>DATE</w:t>
            </w:r>
          </w:p>
        </w:tc>
        <w:tc>
          <w:tcPr>
            <w:tcW w:w="7434" w:type="dxa"/>
            <w:vAlign w:val="center"/>
          </w:tcPr>
          <w:p w14:paraId="6153A214" w14:textId="0BD21CF2" w:rsidR="005D61B2" w:rsidRPr="00E83DAB" w:rsidRDefault="005D61B2">
            <w:pPr>
              <w:spacing w:after="0"/>
              <w:rPr>
                <w:rFonts w:ascii="Arial" w:hAnsi="Arial" w:cs="Arial"/>
                <w:sz w:val="22"/>
              </w:rPr>
            </w:pPr>
          </w:p>
        </w:tc>
      </w:tr>
    </w:tbl>
    <w:p w14:paraId="52D3D2E4" w14:textId="77777777" w:rsidR="005D61B2" w:rsidRPr="00E83DAB" w:rsidRDefault="005D61B2">
      <w:pPr>
        <w:spacing w:after="20"/>
        <w:rPr>
          <w:rFonts w:ascii="Arial" w:hAnsi="Arial" w:cs="Arial"/>
          <w:sz w:val="22"/>
        </w:rPr>
      </w:pPr>
    </w:p>
    <w:sectPr w:rsidR="005D61B2" w:rsidRPr="00E83DAB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155970">
    <w:abstractNumId w:val="8"/>
  </w:num>
  <w:num w:numId="2" w16cid:durableId="1524317555">
    <w:abstractNumId w:val="6"/>
  </w:num>
  <w:num w:numId="3" w16cid:durableId="251820842">
    <w:abstractNumId w:val="5"/>
  </w:num>
  <w:num w:numId="4" w16cid:durableId="1055080765">
    <w:abstractNumId w:val="4"/>
  </w:num>
  <w:num w:numId="5" w16cid:durableId="1190411447">
    <w:abstractNumId w:val="7"/>
  </w:num>
  <w:num w:numId="6" w16cid:durableId="244075354">
    <w:abstractNumId w:val="3"/>
  </w:num>
  <w:num w:numId="7" w16cid:durableId="988554844">
    <w:abstractNumId w:val="2"/>
  </w:num>
  <w:num w:numId="8" w16cid:durableId="1494252048">
    <w:abstractNumId w:val="1"/>
  </w:num>
  <w:num w:numId="9" w16cid:durableId="211044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61B2"/>
    <w:rsid w:val="007701FD"/>
    <w:rsid w:val="00877E3C"/>
    <w:rsid w:val="00A41B97"/>
    <w:rsid w:val="00AA1D8D"/>
    <w:rsid w:val="00B47730"/>
    <w:rsid w:val="00CB0664"/>
    <w:rsid w:val="00E83D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A9D11ED"/>
  <w14:defaultImageDpi w14:val="300"/>
  <w15:docId w15:val="{224BE1F9-9D9C-4CE1-B0F2-FD538FE3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E83DA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3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olicy@agbiz.co.z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1990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Temba Msiza</cp:lastModifiedBy>
  <cp:revision>2</cp:revision>
  <dcterms:created xsi:type="dcterms:W3CDTF">2026-10-06T08:34:00Z</dcterms:created>
  <dcterms:modified xsi:type="dcterms:W3CDTF">2026-10-06T08:34:00Z</dcterms:modified>
  <cp:category/>
</cp:coreProperties>
</file>